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8806" w14:textId="77777777" w:rsidR="00607384" w:rsidRPr="00AF1D4E" w:rsidRDefault="00000000" w:rsidP="00AF1D4E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b/>
          <w:sz w:val="24"/>
          <w:szCs w:val="24"/>
        </w:rPr>
        <w:t>Progetto RURAL HUB CALABRIA – CSR Calabria 2023–2027</w:t>
      </w:r>
      <w:r w:rsidRPr="00AF1D4E">
        <w:rPr>
          <w:rFonts w:ascii="Times New Roman" w:hAnsi="Times New Roman" w:cs="Times New Roman"/>
          <w:b/>
          <w:sz w:val="24"/>
          <w:szCs w:val="24"/>
        </w:rPr>
        <w:br/>
        <w:t>Intervento SRG06 – LEADER, Azione A – Cooperazione LEADER</w:t>
      </w:r>
      <w:r w:rsidRPr="00AF1D4E">
        <w:rPr>
          <w:rFonts w:ascii="Times New Roman" w:hAnsi="Times New Roman" w:cs="Times New Roman"/>
          <w:b/>
          <w:sz w:val="24"/>
          <w:szCs w:val="24"/>
        </w:rPr>
        <w:br/>
        <w:t>CUP J78H26000330006</w:t>
      </w:r>
    </w:p>
    <w:p w14:paraId="4EAE10D7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A2A2C" w14:textId="13D0DCAA" w:rsidR="00AF1D4E" w:rsidRDefault="00AF1D4E" w:rsidP="00AF1D4E">
      <w:pPr>
        <w:spacing w:after="0" w:line="280" w:lineRule="exac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F1D4E">
        <w:rPr>
          <w:rFonts w:ascii="Times New Roman" w:hAnsi="Times New Roman" w:cs="Times New Roman"/>
          <w:b/>
          <w:caps/>
          <w:sz w:val="24"/>
          <w:szCs w:val="24"/>
        </w:rPr>
        <w:t>Avviso per l’acquisizione di preventivi finalizzati all’affidamento diretto del servizio di fornitura e allestimento di un buffet di prodotti tipici silani – Centro Visite Cupone, 21 ottobre 2026.</w:t>
      </w:r>
    </w:p>
    <w:p w14:paraId="661D553A" w14:textId="77777777" w:rsidR="00AF1D4E" w:rsidRPr="00AF1D4E" w:rsidRDefault="00AF1D4E" w:rsidP="00AF1D4E">
      <w:pPr>
        <w:spacing w:after="0" w:line="280" w:lineRule="exact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A9DCC12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6FDD5B7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Al GAL Sila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Sviluppo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C90C4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P. Mascagni 26</w:t>
      </w:r>
    </w:p>
    <w:p w14:paraId="6E4A8D63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87068 Spezzano della Sila (CS)</w:t>
      </w:r>
    </w:p>
    <w:p w14:paraId="3D1EF52B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67B01">
          <w:rPr>
            <w:rStyle w:val="Collegamentoipertestuale"/>
            <w:rFonts w:ascii="Times New Roman" w:hAnsi="Times New Roman" w:cs="Times New Roman"/>
            <w:sz w:val="24"/>
            <w:szCs w:val="24"/>
          </w:rPr>
          <w:t>silasviluppo@gigapec.it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7B0432B" w14:textId="77777777" w:rsidR="00AF1D4E" w:rsidRDefault="00AF1D4E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78BC9AE4" w14:textId="77777777" w:rsidR="00AF1D4E" w:rsidRDefault="00AF1D4E" w:rsidP="00AF1D4E">
      <w:pPr>
        <w:spacing w:after="0" w:line="280" w:lineRule="exact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77CBA24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4841CC" w14:textId="6B261BF0" w:rsidR="00607384" w:rsidRPr="00AF1D4E" w:rsidRDefault="00000000" w:rsidP="00AF1D4E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b/>
          <w:sz w:val="24"/>
          <w:szCs w:val="24"/>
        </w:rPr>
        <w:t>ALLEGATO A – DOMANDA DI PARTECIPAZIONE</w:t>
      </w:r>
    </w:p>
    <w:p w14:paraId="57A26914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E1DC2E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EA74A8" w14:textId="7DDDA5C8" w:rsidR="00607384" w:rsidRPr="00AF1D4E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Il/La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a ___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/a a __________________ il </w:t>
      </w:r>
    </w:p>
    <w:p w14:paraId="1B8A409A" w14:textId="77777777" w:rsidR="00607384" w:rsidRPr="00AF1D4E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Codice fiscale ______________________________ in qualità di titolare/legale rappresentante di:</w:t>
      </w:r>
    </w:p>
    <w:p w14:paraId="21DD1942" w14:textId="015948DD" w:rsidR="00607384" w:rsidRPr="00AF1D4E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proofErr w:type="spellStart"/>
      <w:r w:rsidRPr="00AF1D4E">
        <w:rPr>
          <w:rFonts w:ascii="Times New Roman" w:hAnsi="Times New Roman" w:cs="Times New Roman"/>
          <w:sz w:val="24"/>
          <w:szCs w:val="24"/>
        </w:rPr>
        <w:t>Denominazione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azienda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agricola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3A1EAD21" w14:textId="7F795B8C" w:rsidR="00607384" w:rsidRPr="00AF1D4E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Sede legale ______________________________ Comune __________________________ Prov. _</w:t>
      </w:r>
    </w:p>
    <w:p w14:paraId="45E48EA6" w14:textId="77777777" w:rsidR="00607384" w:rsidRPr="00AF1D4E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P. IVA __________________________ C.F. impresa __________________________ REA __________________</w:t>
      </w:r>
    </w:p>
    <w:p w14:paraId="6C4150F7" w14:textId="0D374BE9" w:rsidR="00607384" w:rsidRDefault="00000000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PEC __________________________________ E-mail __________________________ Tel. _____</w:t>
      </w:r>
    </w:p>
    <w:p w14:paraId="36CE2696" w14:textId="77777777" w:rsidR="00AF1D4E" w:rsidRPr="00AF1D4E" w:rsidRDefault="00AF1D4E" w:rsidP="00AF1D4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48EF2CF3" w14:textId="1A9C3255" w:rsidR="00AF1D4E" w:rsidRDefault="00000000" w:rsidP="00AF1D4E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CHIEDE</w:t>
      </w:r>
    </w:p>
    <w:p w14:paraId="4EE957CC" w14:textId="1DAB1FC9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partecipare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all’indagine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mercato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in oggetto e presenta il seguente preventivo, impegnandosi, in caso di affidamento, 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 xml:space="preserve"> eseguire il servizio per circa 60 persone il 21 ottobre 2026, con buffet pronto prima delle ore 13:00.</w:t>
      </w:r>
    </w:p>
    <w:p w14:paraId="4F3246F4" w14:textId="04D2B7DC" w:rsid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b/>
          <w:sz w:val="24"/>
          <w:szCs w:val="24"/>
        </w:rPr>
        <w:t xml:space="preserve">Prezzo </w:t>
      </w:r>
      <w:proofErr w:type="spellStart"/>
      <w:r w:rsidRPr="00AF1D4E">
        <w:rPr>
          <w:rFonts w:ascii="Times New Roman" w:hAnsi="Times New Roman" w:cs="Times New Roman"/>
          <w:b/>
          <w:sz w:val="24"/>
          <w:szCs w:val="24"/>
        </w:rPr>
        <w:t>complessivo</w:t>
      </w:r>
      <w:proofErr w:type="spellEnd"/>
      <w:r w:rsidRPr="00AF1D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b/>
          <w:sz w:val="24"/>
          <w:szCs w:val="24"/>
        </w:rPr>
        <w:t>offerto</w:t>
      </w:r>
      <w:proofErr w:type="spellEnd"/>
      <w:r w:rsidRPr="00AF1D4E">
        <w:rPr>
          <w:rFonts w:ascii="Times New Roman" w:hAnsi="Times New Roman" w:cs="Times New Roman"/>
          <w:b/>
          <w:sz w:val="24"/>
          <w:szCs w:val="24"/>
        </w:rPr>
        <w:t>: € ________</w:t>
      </w:r>
      <w:proofErr w:type="gramStart"/>
      <w:r w:rsidRPr="00AF1D4E">
        <w:rPr>
          <w:rFonts w:ascii="Times New Roman" w:hAnsi="Times New Roman" w:cs="Times New Roman"/>
          <w:b/>
          <w:sz w:val="24"/>
          <w:szCs w:val="24"/>
        </w:rPr>
        <w:t>_(</w:t>
      </w:r>
      <w:proofErr w:type="gramEnd"/>
      <w:r w:rsidRPr="00AF1D4E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AF1D4E">
        <w:rPr>
          <w:rFonts w:ascii="Times New Roman" w:hAnsi="Times New Roman" w:cs="Times New Roman"/>
          <w:b/>
          <w:sz w:val="24"/>
          <w:szCs w:val="24"/>
        </w:rPr>
        <w:t>lettere</w:t>
      </w:r>
      <w:proofErr w:type="spellEnd"/>
      <w:r w:rsidRPr="00AF1D4E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____________________________________)</w:t>
      </w:r>
    </w:p>
    <w:p w14:paraId="0F354ADC" w14:textId="57E845C3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D4E">
        <w:rPr>
          <w:rFonts w:ascii="Times New Roman" w:hAnsi="Times New Roman" w:cs="Times New Roman"/>
          <w:sz w:val="24"/>
          <w:szCs w:val="24"/>
        </w:rPr>
        <w:t>Importo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complessivo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IVA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inclusa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dovuta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, Regime IVA / </w:t>
      </w:r>
      <w:proofErr w:type="spellStart"/>
      <w:r w:rsidRPr="00AF1D4E">
        <w:rPr>
          <w:rFonts w:ascii="Times New Roman" w:hAnsi="Times New Roman" w:cs="Times New Roman"/>
          <w:sz w:val="24"/>
          <w:szCs w:val="24"/>
        </w:rPr>
        <w:t>aliquota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F1D4E">
        <w:rPr>
          <w:rFonts w:ascii="Times New Roman" w:hAnsi="Times New Roman" w:cs="Times New Roman"/>
          <w:sz w:val="24"/>
          <w:szCs w:val="24"/>
        </w:rPr>
        <w:t>applicata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>: _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>___________________</w:t>
      </w:r>
    </w:p>
    <w:p w14:paraId="0A858370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Il prezzo include prodotti, trasporto, materiali, attrezzature, stoviglie, personale, allestimento, assistenza e riordino, senza ulteriori oneri per il GAL.</w:t>
      </w:r>
    </w:p>
    <w:p w14:paraId="3F1004ED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Descrizione antipasto (tipologie, quantità per 60 persone e provenienza dei prodotti):</w:t>
      </w:r>
    </w:p>
    <w:p w14:paraId="6499DC80" w14:textId="28C5808F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Pr="00AF1D4E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</w:t>
      </w:r>
      <w:r w:rsidRPr="00AF1D4E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</w:p>
    <w:p w14:paraId="7DAD039F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Descrizione dolci (tipologie, quantità per 60 persone e provenienza dei prodotti):</w:t>
      </w:r>
    </w:p>
    <w:p w14:paraId="7170E4E4" w14:textId="34016A04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AF1D4E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</w:t>
      </w:r>
    </w:p>
    <w:p w14:paraId="130A0208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lastRenderedPageBreak/>
        <w:t>Modalità di allestimento e servizio / eventuali ulteriori dettagli:</w:t>
      </w:r>
    </w:p>
    <w:p w14:paraId="01FCA27C" w14:textId="1C7FD6BB" w:rsidR="00607384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AF1D4E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</w:t>
      </w:r>
    </w:p>
    <w:p w14:paraId="6F2B0F48" w14:textId="77777777" w:rsidR="00AF1D4E" w:rsidRP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3F21DA7" w14:textId="77777777" w:rsidR="00607384" w:rsidRPr="00AF1D4E" w:rsidRDefault="00000000" w:rsidP="00AF1D4E">
      <w:pPr>
        <w:pStyle w:val="Titolo2"/>
        <w:spacing w:before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3. Dichiarazione sostitutiva (artt. 46 e 47 D.P.R. 445/2000)</w:t>
      </w:r>
    </w:p>
    <w:p w14:paraId="0A6868C3" w14:textId="77777777" w:rsidR="00607384" w:rsidRPr="00AF1D4E" w:rsidRDefault="00000000" w:rsidP="00AF1D4E">
      <w:pPr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Consapevole delle responsabilità e delle sanzioni penali previste dall’art. 76 del D.P.R. 445/2000 per dichiarazioni mendaci, nonché della decadenza dai benefici ai sensi dell’art. 75, il/la sottoscritto/a DICHIARA sotto la propria responsabilità:</w:t>
      </w:r>
    </w:p>
    <w:p w14:paraId="6287CA31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1. che l’impresa è regolarmente iscritta al Registro delle Imprese ed esercita attività compatibili con le prestazioni offerte;</w:t>
      </w:r>
    </w:p>
    <w:p w14:paraId="0E64B356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2. che l’impresa è in possesso delle autorizzazioni, abilitazioni e dei requisiti igienico-sanitari richiesti per le attività concretamente svolte (preparazione, trasporto, fornitura e/o somministrazione di alimenti);</w:t>
      </w:r>
    </w:p>
    <w:p w14:paraId="4840B58C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3. che non sussistono, per quanto applicabili all’affidamento, cause di esclusione di cui agli artt. 94 e 95 del 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D.Lgs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>. 36/2023, né divieti di contrattare con la pubblica amministrazione;</w:t>
      </w:r>
    </w:p>
    <w:p w14:paraId="75818463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4. di essere in regola con gli obblighi contributivi e assicurativi, ove dovuti, e 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con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 xml:space="preserve"> la normativa in materia di lavoro e sicurezza;</w:t>
      </w:r>
    </w:p>
    <w:p w14:paraId="04C0C394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5. di garantire tracciabilità e corretta provenienza dei prodotti, adeguata conservazione e trasporto, informazioni sugli allergeni e rispetto delle norme di sicurezza alimentare;</w:t>
      </w:r>
    </w:p>
    <w:p w14:paraId="721BB0BF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6. di non trovarsi in situazioni di conflitto di interessi note in relazione al presente affidamento, impegnandosi a segnalarne tempestivamente l’eventuale insorgenza;</w:t>
      </w:r>
    </w:p>
    <w:p w14:paraId="2B588121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7. di accettare le condizioni dell’avviso e di mantenere ferma la proposta fino alla data dell’evento;</w:t>
      </w:r>
    </w:p>
    <w:p w14:paraId="7D5E9EA2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 xml:space="preserve">8. di essere disponibile, in caso di affidamento, a comunicare i dati necessari alla tracciabilità dei flussi finanziari ai sensi della L. 136/2010, ove applicabile, e 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 xml:space="preserve"> emettere regolare documento fiscale con CUP e CIG comunicato dal GAL.</w:t>
      </w:r>
    </w:p>
    <w:p w14:paraId="3AEDEE97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C8F5E59" w14:textId="54E6D9D7" w:rsidR="00607384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Si allegano:  □ documento di identità del dichiarante (se firma autografa</w:t>
      </w:r>
      <w:proofErr w:type="gramStart"/>
      <w:r w:rsidRPr="00AF1D4E">
        <w:rPr>
          <w:rFonts w:ascii="Times New Roman" w:hAnsi="Times New Roman" w:cs="Times New Roman"/>
          <w:sz w:val="24"/>
          <w:szCs w:val="24"/>
        </w:rPr>
        <w:t>);  □</w:t>
      </w:r>
      <w:proofErr w:type="gramEnd"/>
      <w:r w:rsidRPr="00AF1D4E">
        <w:rPr>
          <w:rFonts w:ascii="Times New Roman" w:hAnsi="Times New Roman" w:cs="Times New Roman"/>
          <w:sz w:val="24"/>
          <w:szCs w:val="24"/>
        </w:rPr>
        <w:t xml:space="preserve"> eventuale scheda </w:t>
      </w:r>
    </w:p>
    <w:p w14:paraId="2BC4C9FB" w14:textId="77777777" w:rsidR="00AF1D4E" w:rsidRP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3234BE9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Il/La sottoscritto/a dichiara di aver preso visione dell’informativa sul trattamento dei dati personali contenuta nell’avviso, ai sensi del Regolamento (UE) 2016/679.</w:t>
      </w:r>
    </w:p>
    <w:p w14:paraId="1555D67A" w14:textId="77777777" w:rsidR="00AF1D4E" w:rsidRDefault="00AF1D4E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C23D960" w14:textId="3785713C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D4E">
        <w:rPr>
          <w:rFonts w:ascii="Times New Roman" w:hAnsi="Times New Roman" w:cs="Times New Roman"/>
          <w:sz w:val="24"/>
          <w:szCs w:val="24"/>
        </w:rPr>
        <w:t>Luogo</w:t>
      </w:r>
      <w:proofErr w:type="spellEnd"/>
      <w:r w:rsidRPr="00AF1D4E">
        <w:rPr>
          <w:rFonts w:ascii="Times New Roman" w:hAnsi="Times New Roman" w:cs="Times New Roman"/>
          <w:sz w:val="24"/>
          <w:szCs w:val="24"/>
        </w:rPr>
        <w:t xml:space="preserve"> e data ____________________________________</w:t>
      </w:r>
    </w:p>
    <w:p w14:paraId="16570667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Firma del titolare / legale rappresentante ____________________________________</w:t>
      </w:r>
    </w:p>
    <w:p w14:paraId="239D5EAF" w14:textId="77777777" w:rsidR="00607384" w:rsidRPr="00AF1D4E" w:rsidRDefault="00000000" w:rsidP="00AF1D4E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F1D4E">
        <w:rPr>
          <w:rFonts w:ascii="Times New Roman" w:hAnsi="Times New Roman" w:cs="Times New Roman"/>
          <w:sz w:val="24"/>
          <w:szCs w:val="24"/>
        </w:rPr>
        <w:t>La domanda può essere sottoscritta con firma digitale oppure con firma autografa, allegando copia di un documento di identità in corso di validità.</w:t>
      </w:r>
    </w:p>
    <w:sectPr w:rsidR="00607384" w:rsidRPr="00AF1D4E" w:rsidSect="00034616">
      <w:headerReference w:type="default" r:id="rId9"/>
      <w:footerReference w:type="default" r:id="rId10"/>
      <w:pgSz w:w="12240" w:h="15840"/>
      <w:pgMar w:top="1020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0979A" w14:textId="77777777" w:rsidR="0054202A" w:rsidRDefault="0054202A">
      <w:pPr>
        <w:spacing w:after="0" w:line="240" w:lineRule="auto"/>
      </w:pPr>
      <w:r>
        <w:separator/>
      </w:r>
    </w:p>
  </w:endnote>
  <w:endnote w:type="continuationSeparator" w:id="0">
    <w:p w14:paraId="0E1D47E2" w14:textId="77777777" w:rsidR="0054202A" w:rsidRDefault="0054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D10B" w14:textId="44F6BB39" w:rsidR="00607384" w:rsidRDefault="0060738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6A61C" w14:textId="77777777" w:rsidR="0054202A" w:rsidRDefault="0054202A">
      <w:pPr>
        <w:spacing w:after="0" w:line="240" w:lineRule="auto"/>
      </w:pPr>
      <w:r>
        <w:separator/>
      </w:r>
    </w:p>
  </w:footnote>
  <w:footnote w:type="continuationSeparator" w:id="0">
    <w:p w14:paraId="4451FF03" w14:textId="77777777" w:rsidR="0054202A" w:rsidRDefault="0054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0316" w14:textId="3CA94AD5" w:rsidR="00AF1D4E" w:rsidRDefault="00AF1D4E">
    <w:pPr>
      <w:pStyle w:val="Intestazione"/>
    </w:pPr>
    <w:r>
      <w:rPr>
        <w:noProof/>
      </w:rPr>
      <w:drawing>
        <wp:anchor distT="0" distB="0" distL="0" distR="0" simplePos="0" relativeHeight="251659264" behindDoc="1" locked="0" layoutInCell="1" allowOverlap="1" wp14:anchorId="65415146" wp14:editId="2DCF5B47">
          <wp:simplePos x="0" y="0"/>
          <wp:positionH relativeFrom="page">
            <wp:posOffset>2790825</wp:posOffset>
          </wp:positionH>
          <wp:positionV relativeFrom="page">
            <wp:posOffset>581025</wp:posOffset>
          </wp:positionV>
          <wp:extent cx="2362200" cy="85979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62200" cy="859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FF0230" w14:textId="7975F0F1" w:rsidR="00AF1D4E" w:rsidRDefault="00AF1D4E">
    <w:pPr>
      <w:pStyle w:val="Intestazione"/>
    </w:pPr>
  </w:p>
  <w:p w14:paraId="35974398" w14:textId="693BCA94" w:rsidR="00AF1D4E" w:rsidRDefault="00AF1D4E">
    <w:pPr>
      <w:pStyle w:val="Intestazione"/>
    </w:pPr>
  </w:p>
  <w:p w14:paraId="399C0222" w14:textId="77777777" w:rsidR="00AF1D4E" w:rsidRDefault="00AF1D4E">
    <w:pPr>
      <w:pStyle w:val="Intestazione"/>
    </w:pPr>
  </w:p>
  <w:p w14:paraId="7E6908E8" w14:textId="77777777" w:rsidR="00AF1D4E" w:rsidRDefault="00AF1D4E">
    <w:pPr>
      <w:pStyle w:val="Intestazione"/>
    </w:pPr>
  </w:p>
  <w:p w14:paraId="529E0913" w14:textId="77777777" w:rsidR="00AF1D4E" w:rsidRDefault="00AF1D4E">
    <w:pPr>
      <w:pStyle w:val="Intestazione"/>
    </w:pPr>
  </w:p>
  <w:p w14:paraId="4C4D2EDD" w14:textId="77777777" w:rsidR="00AF1D4E" w:rsidRDefault="00AF1D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0684868">
    <w:abstractNumId w:val="8"/>
  </w:num>
  <w:num w:numId="2" w16cid:durableId="315229852">
    <w:abstractNumId w:val="6"/>
  </w:num>
  <w:num w:numId="3" w16cid:durableId="1826580209">
    <w:abstractNumId w:val="5"/>
  </w:num>
  <w:num w:numId="4" w16cid:durableId="543448634">
    <w:abstractNumId w:val="4"/>
  </w:num>
  <w:num w:numId="5" w16cid:durableId="1701129118">
    <w:abstractNumId w:val="7"/>
  </w:num>
  <w:num w:numId="6" w16cid:durableId="155340227">
    <w:abstractNumId w:val="3"/>
  </w:num>
  <w:num w:numId="7" w16cid:durableId="1370372867">
    <w:abstractNumId w:val="2"/>
  </w:num>
  <w:num w:numId="8" w16cid:durableId="1360742739">
    <w:abstractNumId w:val="1"/>
  </w:num>
  <w:num w:numId="9" w16cid:durableId="1096638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04149"/>
    <w:rsid w:val="0054202A"/>
    <w:rsid w:val="00607384"/>
    <w:rsid w:val="00AA1D8D"/>
    <w:rsid w:val="00AF1D4E"/>
    <w:rsid w:val="00B47730"/>
    <w:rsid w:val="00B71D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C48532"/>
  <w14:defaultImageDpi w14:val="300"/>
  <w15:docId w15:val="{7AE7381F-AB2A-4F77-8E5D-BE3FD5AD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AF1D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1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asviluppo@giga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concetta castiglione</cp:lastModifiedBy>
  <cp:revision>2</cp:revision>
  <dcterms:created xsi:type="dcterms:W3CDTF">2026-10-14T15:48:00Z</dcterms:created>
  <dcterms:modified xsi:type="dcterms:W3CDTF">2026-10-14T15:48:00Z</dcterms:modified>
  <cp:category/>
</cp:coreProperties>
</file>